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200"/>
        <w:jc w:val="center"/>
        <w:rPr>
          <w:b/>
          <w:sz w:val="22"/>
        </w:rPr>
      </w:pPr>
      <w:r>
        <w:rPr>
          <w:bCs/>
          <w:sz w:val="22"/>
        </w:rPr>
        <w:t>(Page Layout 2cm gap</w:t>
      </w:r>
      <w:r>
        <w:rPr>
          <w:b/>
          <w:sz w:val="22"/>
        </w:rPr>
        <w:t xml:space="preserve"> </w:t>
      </w:r>
      <w:r>
        <w:rPr>
          <w:b/>
          <w:i/>
          <w:iCs/>
          <w:sz w:val="22"/>
        </w:rPr>
        <w:t>Top, Bottom, Right and Left</w:t>
      </w:r>
      <w:r>
        <w:rPr>
          <w:b/>
          <w:sz w:val="22"/>
        </w:rPr>
        <w:t xml:space="preserve"> ) </w:t>
      </w:r>
    </w:p>
    <w:p>
      <w:pPr>
        <w:pStyle w:val="Normal"/>
        <w:spacing w:before="0" w:after="200"/>
        <w:jc w:val="center"/>
        <w:rPr/>
      </w:pPr>
      <w:r>
        <w:rPr>
          <w:b/>
          <w:sz w:val="28"/>
        </w:rPr>
        <w:t>TITLE OF THE RESEARCH/REVIEW ARTICLE</w:t>
      </w:r>
    </w:p>
    <w:p>
      <w:pPr>
        <w:pStyle w:val="Normal"/>
        <w:spacing w:before="0" w:after="80"/>
        <w:jc w:val="center"/>
        <w:rPr/>
      </w:pPr>
      <w:r>
        <w:rPr/>
        <w:t>First Author¹, Second Author², and Third Author¹,*</w:t>
      </w:r>
    </w:p>
    <w:p>
      <w:pPr>
        <w:pStyle w:val="Normal"/>
        <w:spacing w:before="0" w:after="40"/>
        <w:jc w:val="center"/>
        <w:rPr/>
      </w:pPr>
      <w:r>
        <w:rPr>
          <w:i/>
          <w:sz w:val="22"/>
        </w:rPr>
        <w:t>¹ Affiliation, Department, University/Institution, City, Postcode, Country</w:t>
      </w:r>
    </w:p>
    <w:p>
      <w:pPr>
        <w:pStyle w:val="Normal"/>
        <w:spacing w:before="0" w:after="80"/>
        <w:jc w:val="center"/>
        <w:rPr/>
      </w:pPr>
      <w:r>
        <w:rPr>
          <w:i/>
          <w:sz w:val="22"/>
        </w:rPr>
        <w:t>² Affiliation, Department, University/Institution, City, Postcode, Country</w:t>
      </w:r>
    </w:p>
    <w:p>
      <w:pPr>
        <w:pStyle w:val="Normal"/>
        <w:spacing w:before="0" w:after="240"/>
        <w:jc w:val="center"/>
        <w:rPr/>
      </w:pPr>
      <w:r>
        <w:rPr>
          <w:sz w:val="22"/>
        </w:rPr>
        <w:t>*Corresponding Author: author.email@example.com</w:t>
      </w:r>
    </w:p>
    <w:p>
      <w:pPr>
        <w:pStyle w:val="Normal"/>
        <w:spacing w:before="200" w:after="80"/>
        <w:rPr/>
      </w:pPr>
      <w:r>
        <w:rPr>
          <w:b/>
        </w:rPr>
        <w:t>Abstract</w:t>
      </w:r>
    </w:p>
    <w:p>
      <w:pPr>
        <w:pStyle w:val="Normal"/>
        <w:rPr/>
      </w:pPr>
      <w:r>
        <w:rPr/>
        <w:t>[Write a concise, self-contained summary of the research problem, objectives, methodology, principal findings, and conclusions. Follow the target journal's word limit.]</w:t>
      </w:r>
    </w:p>
    <w:p>
      <w:pPr>
        <w:pStyle w:val="Normal"/>
        <w:spacing w:before="0" w:after="160"/>
        <w:rPr/>
      </w:pPr>
      <w:r>
        <w:rPr>
          <w:b/>
        </w:rPr>
        <w:t xml:space="preserve">Keywords: </w:t>
      </w:r>
      <w:r>
        <w:rPr/>
        <w:t>Keyword One; Keyword Two; Keyword Three; Keyword Four</w:t>
      </w:r>
    </w:p>
    <w:p>
      <w:pPr>
        <w:pStyle w:val="Normal"/>
        <w:spacing w:before="200" w:after="80"/>
        <w:rPr/>
      </w:pPr>
      <w:r>
        <w:rPr>
          <w:b/>
        </w:rPr>
        <w:t>Introduction</w:t>
      </w:r>
    </w:p>
    <w:p>
      <w:pPr>
        <w:pStyle w:val="Normal"/>
        <w:rPr/>
      </w:pPr>
      <w:r>
        <w:rPr/>
        <w:t>[Introduce the research topic and background, review relevant literature, identify the research gap, and state the objectives and significance of the study. Use APA-style in-text citations, for example (Author, 2024) or Author (2024).]</w:t>
      </w:r>
    </w:p>
    <w:p>
      <w:pPr>
        <w:pStyle w:val="Normal"/>
        <w:spacing w:before="200" w:after="80"/>
        <w:rPr/>
      </w:pPr>
      <w:r>
        <w:rPr>
          <w:b/>
        </w:rPr>
        <w:t>Materials and Method</w:t>
      </w:r>
    </w:p>
    <w:p>
      <w:pPr>
        <w:pStyle w:val="Normal"/>
        <w:rPr/>
      </w:pPr>
      <w:r>
        <w:rPr/>
        <w:t>[Describe the study area, data sources, instruments, experimental setup, models, and analytical procedures in enough detail to allow the study to be reproduced.]</w:t>
      </w:r>
    </w:p>
    <w:p>
      <w:pPr>
        <w:pStyle w:val="Normal"/>
        <w:spacing w:before="200" w:after="80"/>
        <w:rPr/>
      </w:pPr>
      <w:r>
        <w:rPr>
          <w:b/>
        </w:rPr>
        <w:t>Study Area and Data</w:t>
      </w:r>
    </w:p>
    <w:p>
      <w:pPr>
        <w:pStyle w:val="Normal"/>
        <w:rPr/>
      </w:pPr>
      <w:r>
        <w:rPr/>
        <w:t>[Describe the study area and the source, period, and resolution of the data used.]</w:t>
      </w:r>
    </w:p>
    <w:p>
      <w:pPr>
        <w:pStyle w:val="Normal"/>
        <w:spacing w:before="200" w:after="80"/>
        <w:rPr/>
      </w:pPr>
      <w:r>
        <w:rPr>
          <w:b/>
        </w:rPr>
        <w:t>Data Analysis</w:t>
      </w:r>
    </w:p>
    <w:p>
      <w:pPr>
        <w:pStyle w:val="Normal"/>
        <w:rPr/>
      </w:pPr>
      <w:r>
        <w:rPr/>
        <w:t>[Explain the equations, statistical techniques, computational procedures, and models.]</w:t>
      </w:r>
    </w:p>
    <w:p>
      <w:pPr>
        <w:pStyle w:val="Normal"/>
        <w:spacing w:before="200" w:after="80"/>
        <w:rPr/>
      </w:pPr>
      <w:r>
        <w:rPr>
          <w:b/>
        </w:rPr>
        <w:t>Results and Discussion</w:t>
      </w:r>
    </w:p>
    <w:p>
      <w:pPr>
        <w:pStyle w:val="Normal"/>
        <w:rPr/>
      </w:pPr>
      <w:r>
        <w:rPr/>
        <w:t>[Present the main findings clearly using text, figures, and tables. Interpret the results, compare them with previous studies, and discuss their scientific significance and limitations.]</w:t>
      </w:r>
    </w:p>
    <w:p>
      <w:pPr>
        <w:pStyle w:val="Normal"/>
        <w:spacing w:before="200" w:after="80"/>
        <w:rPr/>
      </w:pPr>
      <w:r>
        <w:rPr>
          <w:b/>
        </w:rPr>
        <w:t>Results</w:t>
      </w:r>
    </w:p>
    <w:p>
      <w:pPr>
        <w:pStyle w:val="Normal"/>
        <w:rPr/>
      </w:pPr>
      <w:r>
        <w:rPr/>
        <w:t>[Present the observed or calculated results objectively. Refer to each figure and table in the text.]</w:t>
      </w:r>
    </w:p>
    <w:p>
      <w:pPr>
        <w:pStyle w:val="Normal"/>
        <w:spacing w:before="80" w:after="160"/>
        <w:jc w:val="center"/>
        <w:rPr/>
      </w:pPr>
      <w:r>
        <w:rPr>
          <w:sz w:val="22"/>
        </w:rPr>
        <w:t>Figure 1. Example figure caption describing the main result.</w:t>
      </w:r>
    </w:p>
    <w:p>
      <w:pPr>
        <w:pStyle w:val="Normal"/>
        <w:spacing w:before="80" w:after="80"/>
        <w:jc w:val="center"/>
        <w:rPr/>
      </w:pPr>
      <w:r>
        <w:rPr>
          <w:sz w:val="22"/>
        </w:rPr>
        <w:t>Table 1. Example table showing representative data.</w:t>
      </w:r>
    </w:p>
    <w:tbl>
      <w:tblPr>
        <w:tblStyle w:val="TableGrid"/>
        <w:tblW w:w="7087" w:type="dxa"/>
        <w:jc w:val="left"/>
        <w:tblInd w:w="98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130"/>
        <w:gridCol w:w="3115"/>
        <w:gridCol w:w="1842"/>
      </w:tblGrid>
      <w:tr>
        <w:trPr/>
        <w:tc>
          <w:tcPr>
            <w:tcW w:w="213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12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b/>
                <w:kern w:val="0"/>
                <w:sz w:val="22"/>
                <w:szCs w:val="22"/>
                <w:lang w:val="en-US" w:eastAsia="en-US" w:bidi="ar-SA"/>
              </w:rPr>
              <w:t>Parameter</w:t>
            </w:r>
          </w:p>
        </w:tc>
        <w:tc>
          <w:tcPr>
            <w:tcW w:w="311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12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b/>
                <w:kern w:val="0"/>
                <w:sz w:val="22"/>
                <w:szCs w:val="22"/>
                <w:lang w:val="en-US" w:eastAsia="en-US" w:bidi="ar-SA"/>
              </w:rPr>
              <w:t>Value One</w:t>
            </w:r>
          </w:p>
        </w:tc>
        <w:tc>
          <w:tcPr>
            <w:tcW w:w="184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12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b/>
                <w:kern w:val="0"/>
                <w:sz w:val="22"/>
                <w:szCs w:val="22"/>
                <w:lang w:val="en-US" w:eastAsia="en-US" w:bidi="ar-SA"/>
              </w:rPr>
              <w:t>Value Two</w:t>
            </w:r>
          </w:p>
        </w:tc>
      </w:tr>
      <w:tr>
        <w:trPr/>
        <w:tc>
          <w:tcPr>
            <w:tcW w:w="213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12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22"/>
                <w:szCs w:val="22"/>
                <w:lang w:val="en-US" w:eastAsia="en-US" w:bidi="ar-SA"/>
              </w:rPr>
              <w:t>Parameter A</w:t>
            </w:r>
          </w:p>
        </w:tc>
        <w:tc>
          <w:tcPr>
            <w:tcW w:w="311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12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22"/>
                <w:szCs w:val="22"/>
                <w:lang w:val="en-US" w:eastAsia="en-US" w:bidi="ar-SA"/>
              </w:rPr>
              <w:t>10.2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12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22"/>
                <w:szCs w:val="22"/>
                <w:lang w:val="en-US" w:eastAsia="en-US" w:bidi="ar-SA"/>
              </w:rPr>
              <w:t>12.5</w:t>
            </w:r>
          </w:p>
        </w:tc>
      </w:tr>
      <w:tr>
        <w:trPr/>
        <w:tc>
          <w:tcPr>
            <w:tcW w:w="213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12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22"/>
                <w:szCs w:val="22"/>
                <w:lang w:val="en-US" w:eastAsia="en-US" w:bidi="ar-SA"/>
              </w:rPr>
              <w:t>Parameter B</w:t>
            </w:r>
          </w:p>
        </w:tc>
        <w:tc>
          <w:tcPr>
            <w:tcW w:w="311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12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22"/>
                <w:szCs w:val="22"/>
                <w:lang w:val="en-US" w:eastAsia="en-US" w:bidi="ar-SA"/>
              </w:rPr>
              <w:t>15.4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12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22"/>
                <w:szCs w:val="22"/>
                <w:lang w:val="en-US" w:eastAsia="en-US" w:bidi="ar-SA"/>
              </w:rPr>
              <w:t>18.1</w:t>
            </w:r>
          </w:p>
        </w:tc>
      </w:tr>
      <w:tr>
        <w:trPr/>
        <w:tc>
          <w:tcPr>
            <w:tcW w:w="2130" w:type="dxa"/>
            <w:tcBorders>
              <w:bottom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12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22"/>
                <w:szCs w:val="22"/>
                <w:lang w:val="en-US" w:eastAsia="en-US" w:bidi="ar-SA"/>
              </w:rPr>
              <w:t>Parameter C</w:t>
            </w:r>
          </w:p>
        </w:tc>
        <w:tc>
          <w:tcPr>
            <w:tcW w:w="3115" w:type="dxa"/>
            <w:tcBorders>
              <w:bottom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12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22"/>
                <w:szCs w:val="22"/>
                <w:lang w:val="en-US" w:eastAsia="en-US" w:bidi="ar-SA"/>
              </w:rPr>
              <w:t>20.6</w:t>
            </w:r>
          </w:p>
        </w:tc>
        <w:tc>
          <w:tcPr>
            <w:tcW w:w="1842" w:type="dxa"/>
            <w:tcBorders>
              <w:bottom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12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22"/>
                <w:szCs w:val="22"/>
                <w:lang w:val="en-US" w:eastAsia="en-US" w:bidi="ar-SA"/>
              </w:rPr>
              <w:t>22.3</w:t>
            </w:r>
          </w:p>
        </w:tc>
      </w:tr>
    </w:tbl>
    <w:p>
      <w:pPr>
        <w:pStyle w:val="Normal"/>
        <w:spacing w:before="200" w:after="80"/>
        <w:rPr/>
      </w:pPr>
      <w:r>
        <w:rPr>
          <w:b/>
        </w:rPr>
        <w:t>Discussion</w:t>
      </w:r>
    </w:p>
    <w:p>
      <w:pPr>
        <w:pStyle w:val="Normal"/>
        <w:rPr/>
      </w:pPr>
      <w:r>
        <w:rPr/>
        <w:t>[Interpret the findings in relation to the research objectives and existing literature. Explain similarities and differences from previous studies and discuss possible mechanisms.]</w:t>
      </w:r>
    </w:p>
    <w:p>
      <w:pPr>
        <w:pStyle w:val="Normal"/>
        <w:spacing w:before="200" w:after="80"/>
        <w:rPr/>
      </w:pPr>
      <w:r>
        <w:rPr>
          <w:b/>
        </w:rPr>
        <w:t>Conclusion</w:t>
      </w:r>
    </w:p>
    <w:p>
      <w:pPr>
        <w:pStyle w:val="Normal"/>
        <w:rPr/>
      </w:pPr>
      <w:r>
        <w:rPr/>
        <w:t>[Summarize the principal findings and explain how they address the research objectives. Highlight the contribution of the study and suggest future research where appropriate.]</w:t>
      </w:r>
    </w:p>
    <w:p>
      <w:pPr>
        <w:pStyle w:val="Normal"/>
        <w:spacing w:before="200" w:after="80"/>
        <w:rPr/>
      </w:pPr>
      <w:r>
        <w:rPr>
          <w:b/>
        </w:rPr>
        <w:t>Data Availability Statement</w:t>
      </w:r>
    </w:p>
    <w:p>
      <w:pPr>
        <w:pStyle w:val="Normal"/>
        <w:rPr/>
      </w:pPr>
      <w:r>
        <w:rPr/>
        <w:t>[State where the data supporting the findings can be accessed. If applicable, provide a repository name, DOI, URL, or the conditions for obtaining the data from the corresponding author.]</w:t>
      </w:r>
    </w:p>
    <w:p>
      <w:pPr>
        <w:pStyle w:val="Normal"/>
        <w:spacing w:before="200" w:after="80"/>
        <w:rPr/>
      </w:pPr>
      <w:r>
        <w:rPr>
          <w:b/>
        </w:rPr>
        <w:t>Conflict of Interest</w:t>
      </w:r>
    </w:p>
    <w:p>
      <w:pPr>
        <w:pStyle w:val="Normal"/>
        <w:rPr/>
      </w:pPr>
      <w:r>
        <w:rPr/>
        <w:t>[The authors declare that they have no conflict of interest. Revise this statement if necessary.]</w:t>
      </w:r>
    </w:p>
    <w:p>
      <w:pPr>
        <w:pStyle w:val="Normal"/>
        <w:spacing w:before="200" w:after="80"/>
        <w:rPr/>
      </w:pPr>
      <w:r>
        <w:rPr>
          <w:b/>
        </w:rPr>
        <w:t>Acknowledgment</w:t>
      </w:r>
    </w:p>
    <w:p>
      <w:pPr>
        <w:pStyle w:val="Normal"/>
        <w:rPr/>
      </w:pPr>
      <w:r>
        <w:rPr/>
        <w:t>[Acknowledge individuals, institutions, facilities, and funding agencies that supported the research.]</w:t>
      </w:r>
    </w:p>
    <w:p>
      <w:pPr>
        <w:pStyle w:val="Normal"/>
        <w:spacing w:before="200" w:after="80"/>
        <w:rPr/>
      </w:pPr>
      <w:r>
        <w:rPr>
          <w:b/>
        </w:rPr>
        <w:t>References</w:t>
      </w:r>
    </w:p>
    <w:p>
      <w:pPr>
        <w:pStyle w:val="Normal"/>
        <w:rPr/>
      </w:pPr>
      <w:r>
        <w:rPr/>
        <w:t>[List all cited works in APA style, alphabetically by the first author's surname. Use a hanging indent of 0.5 inches and ensure every in-text citation has a matching reference-list entry.]</w:t>
      </w:r>
    </w:p>
    <w:p>
      <w:pPr>
        <w:pStyle w:val="Normal"/>
        <w:ind w:left="720" w:hanging="720"/>
        <w:rPr/>
      </w:pPr>
      <w:r>
        <w:rPr/>
        <w:t>Einstein, A. (1905). On a heuristic point of view concerning the production and transformation of light. Annalen der Physik, 17(6), 132–148. https://doi.org/10.1002/andp.19053220607</w:t>
      </w:r>
    </w:p>
    <w:p>
      <w:pPr>
        <w:pStyle w:val="Normal"/>
        <w:ind w:left="720" w:hanging="720"/>
        <w:rPr/>
      </w:pPr>
      <w:r>
        <w:rPr/>
        <w:t xml:space="preserve">[Author, A. A. (Year). Title of the article. Title of the Journal, volume(issue), page range. </w:t>
      </w:r>
      <w:hyperlink r:id="rId2">
        <w:r>
          <w:rPr>
            <w:rStyle w:val="InternetLink"/>
          </w:rPr>
          <w:t>https://doi.org/xxxxx</w:t>
        </w:r>
      </w:hyperlink>
      <w:r>
        <w:rPr/>
        <w:t>]</w:t>
      </w:r>
    </w:p>
    <w:p>
      <w:pPr>
        <w:pStyle w:val="Normal"/>
        <w:ind w:left="720" w:hanging="720"/>
        <w:rPr/>
      </w:pPr>
      <w:r>
        <w:rPr/>
      </w:r>
    </w:p>
    <w:p>
      <w:pPr>
        <w:pStyle w:val="Normal"/>
        <w:ind w:left="720" w:hanging="720"/>
        <w:rPr>
          <w:b/>
        </w:rPr>
      </w:pPr>
      <w:r>
        <w:rPr>
          <w:b/>
        </w:rPr>
        <w:t xml:space="preserve">The document includes: </w:t>
      </w:r>
    </w:p>
    <w:p>
      <w:pPr>
        <w:pStyle w:val="Normal"/>
        <w:ind w:left="720" w:hanging="720"/>
        <w:rPr/>
      </w:pPr>
      <w:r>
        <w:rPr/>
      </w:r>
    </w:p>
    <w:p>
      <w:pPr>
        <w:pStyle w:val="Normal"/>
        <w:ind w:left="720" w:hanging="720"/>
        <w:rPr/>
      </w:pPr>
      <w:r>
        <w:rPr/>
        <w:t>Times New Roman font throughout.</w:t>
      </w:r>
    </w:p>
    <w:p>
      <w:pPr>
        <w:pStyle w:val="Normal"/>
        <w:ind w:left="720" w:hanging="720"/>
        <w:rPr/>
      </w:pPr>
      <w:r>
        <w:rPr/>
        <w:t xml:space="preserve">Title: 14 pt, bold, uppercase-style title. </w:t>
      </w:r>
    </w:p>
    <w:p>
      <w:pPr>
        <w:pStyle w:val="Normal"/>
        <w:ind w:left="720" w:hanging="720"/>
        <w:rPr/>
      </w:pPr>
      <w:r>
        <w:rPr/>
        <w:t>Author names: 12 pt.</w:t>
      </w:r>
    </w:p>
    <w:p>
      <w:pPr>
        <w:pStyle w:val="Normal"/>
        <w:ind w:left="720" w:hanging="720"/>
        <w:rPr/>
      </w:pPr>
      <w:r>
        <w:rPr/>
        <w:t>Affiliations: 11 pt, italic.</w:t>
      </w:r>
    </w:p>
    <w:p>
      <w:pPr>
        <w:pStyle w:val="Normal"/>
        <w:ind w:left="720" w:hanging="720"/>
        <w:rPr/>
      </w:pPr>
      <w:r>
        <w:rPr/>
        <w:t>Corresponding author email: 11 pt.</w:t>
      </w:r>
    </w:p>
    <w:p>
      <w:pPr>
        <w:pStyle w:val="Normal"/>
        <w:ind w:left="720" w:hanging="720"/>
        <w:rPr/>
      </w:pPr>
      <w:r>
        <w:rPr/>
        <w:t>Body text: 12 pt.</w:t>
      </w:r>
    </w:p>
    <w:p>
      <w:pPr>
        <w:pStyle w:val="Normal"/>
        <w:ind w:left="720" w:hanging="720"/>
        <w:rPr/>
      </w:pPr>
      <w:r>
        <w:rPr/>
        <w:t>Section headings: 12 pt, bold.</w:t>
      </w:r>
    </w:p>
    <w:p>
      <w:pPr>
        <w:pStyle w:val="Normal"/>
        <w:ind w:left="720" w:hanging="720"/>
        <w:rPr/>
      </w:pPr>
      <w:r>
        <w:rPr/>
        <w:t>Figure and table captions: 11 pt.</w:t>
      </w:r>
    </w:p>
    <w:p>
      <w:pPr>
        <w:pStyle w:val="Normal"/>
        <w:ind w:left="720" w:hanging="720"/>
        <w:rPr/>
      </w:pPr>
      <w:r>
        <w:rPr/>
        <w:t>All requested article sections, including abstract, keywords, methodology, results and discussion, conclusion, declarations, acknowledgment, and references.</w:t>
      </w:r>
    </w:p>
    <w:p>
      <w:pPr>
        <w:pStyle w:val="Normal"/>
        <w:spacing w:before="0" w:after="120"/>
        <w:ind w:left="720" w:hanging="720"/>
        <w:rPr/>
      </w:pPr>
      <w:r>
        <w:rPr/>
        <w:t>An example table, figure-caption placeholder, and APA-style reference examples.</w:t>
      </w:r>
    </w:p>
    <w:sectPr>
      <w:footerReference w:type="default" r:id="rId3"/>
      <w:type w:val="nextPage"/>
      <w:pgSz w:w="12240" w:h="15840"/>
      <w:pgMar w:left="1440" w:right="1440" w:gutter="0" w:header="0" w:top="1440" w:footer="72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mbria">
    <w:charset w:val="00"/>
    <w:family w:val="roman"/>
    <w:pitch w:val="variable"/>
  </w:font>
  <w:font w:name="Calibri">
    <w:charset w:val="00"/>
    <w:family w:val="roman"/>
    <w:pitch w:val="variable"/>
  </w:font>
  <w:font w:name="Courier">
    <w:altName w:val="Courier New"/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  <w:pPr>
      <w:widowControl/>
      <w:suppressAutoHyphens w:val="true"/>
      <w:bidi w:val="0"/>
      <w:spacing w:lineRule="auto" w:line="240" w:before="0" w:after="120"/>
      <w:jc w:val="left"/>
    </w:pPr>
    <w:rPr>
      <w:rFonts w:ascii="Times New Roman" w:hAnsi="Times New Roman" w:eastAsia="Times New Roman" w:cs="" w:cstheme="minorBidi"/>
      <w:color w:val="auto"/>
      <w:kern w:val="0"/>
      <w:sz w:val="24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HeaderChar" w:customStyle="1">
    <w:name w:val="Header Char"/>
    <w:basedOn w:val="DefaultParagraphFont"/>
    <w:link w:val="Header"/>
    <w:uiPriority w:val="99"/>
    <w:qFormat/>
    <w:rsid w:val="00e618bf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618bf"/>
    <w:rPr/>
  </w:style>
  <w:style w:type="character" w:styleId="Heading1Char" w:customStyle="1">
    <w:name w:val="Heading 1 Char"/>
    <w:basedOn w:val="DefaultParagraphFont"/>
    <w:link w:val="Heading1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character" w:styleId="InternetLink">
    <w:name w:val="Hyperlink"/>
    <w:basedOn w:val="DefaultParagraphFont"/>
    <w:uiPriority w:val="99"/>
    <w:unhideWhenUsed/>
    <w:rsid w:val="00c8595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c8595d"/>
    <w:rPr>
      <w:color w:val="605E5C"/>
      <w:shd w:fill="E1DFDD" w:val="clear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extBody">
    <w:name w:val="Body Text"/>
    <w:basedOn w:val="Normal"/>
    <w:link w:val="BodyTextChar"/>
    <w:uiPriority w:val="99"/>
    <w:unhideWhenUsed/>
    <w:rsid w:val="00aa1d8d"/>
    <w:pPr/>
    <w:rPr/>
  </w:style>
  <w:style w:type="paragraph" w:styleId="List">
    <w:name w:val="List"/>
    <w:basedOn w:val="Normal"/>
    <w:uiPriority w:val="99"/>
    <w:unhideWhenUsed/>
    <w:rsid w:val="00aa1d8d"/>
    <w:pPr>
      <w:spacing w:before="0" w:after="120"/>
      <w:ind w:left="360" w:hanging="360"/>
      <w:contextualSpacing/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Mangal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before="0" w:after="0"/>
    </w:pPr>
    <w:rPr/>
  </w:style>
  <w:style w:type="paragraph" w:styleId="NoSpacing">
    <w:name w:val="No Spacing"/>
    <w:uiPriority w:val="1"/>
    <w:qFormat/>
    <w:rsid w:val="00fc693f"/>
    <w:pPr>
      <w:widowControl/>
      <w:suppressAutoHyphens w:val="true"/>
      <w:bidi w:val="0"/>
      <w:spacing w:lineRule="auto" w:line="240" w:before="0" w:after="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/>
      </w:pBdr>
      <w:spacing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120"/>
      <w:ind w:left="720" w:hanging="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/>
    <w:rPr>
      <w:sz w:val="16"/>
      <w:szCs w:val="16"/>
    </w:rPr>
  </w:style>
  <w:style w:type="paragraph" w:styleId="ListBullet3">
    <w:name w:val="List Bullet 3"/>
    <w:basedOn w:val="Normal"/>
    <w:uiPriority w:val="99"/>
    <w:unhideWhenUsed/>
    <w:qFormat/>
    <w:rsid w:val="00326f90"/>
    <w:pPr>
      <w:numPr>
        <w:ilvl w:val="0"/>
        <w:numId w:val="3"/>
      </w:numPr>
      <w:spacing w:before="0" w:after="120"/>
      <w:contextualSpacing/>
    </w:pPr>
    <w:rPr/>
  </w:style>
  <w:style w:type="paragraph" w:styleId="ListBullet4">
    <w:name w:val="List Bullet 4"/>
    <w:basedOn w:val="Normal"/>
    <w:uiPriority w:val="99"/>
    <w:unhideWhenUsed/>
    <w:qFormat/>
    <w:rsid w:val="00326f90"/>
    <w:pPr>
      <w:spacing w:before="0" w:after="120"/>
      <w:ind w:left="1080" w:hanging="360"/>
      <w:contextualSpacing/>
    </w:pPr>
    <w:rPr/>
  </w:style>
  <w:style w:type="paragraph" w:styleId="ListBullet">
    <w:name w:val="List Bullet"/>
    <w:basedOn w:val="Normal"/>
    <w:uiPriority w:val="99"/>
    <w:unhideWhenUsed/>
    <w:qFormat/>
    <w:rsid w:val="00326f90"/>
    <w:pPr>
      <w:numPr>
        <w:ilvl w:val="0"/>
        <w:numId w:val="1"/>
      </w:numPr>
      <w:spacing w:before="0" w:after="120"/>
      <w:contextualSpacing/>
    </w:pPr>
    <w:rPr/>
  </w:style>
  <w:style w:type="paragraph" w:styleId="ListBullet2">
    <w:name w:val="List Bullet 2"/>
    <w:basedOn w:val="Normal"/>
    <w:uiPriority w:val="99"/>
    <w:unhideWhenUsed/>
    <w:qFormat/>
    <w:rsid w:val="00326f90"/>
    <w:pPr>
      <w:numPr>
        <w:ilvl w:val="0"/>
        <w:numId w:val="2"/>
      </w:numPr>
      <w:spacing w:before="0" w:after="120"/>
      <w:contextualSpacing/>
    </w:pPr>
    <w:rPr/>
  </w:style>
  <w:style w:type="paragraph" w:styleId="ListNumber">
    <w:name w:val="List Number"/>
    <w:basedOn w:val="Normal"/>
    <w:uiPriority w:val="99"/>
    <w:unhideWhenUsed/>
    <w:qFormat/>
    <w:rsid w:val="00326f90"/>
    <w:pPr>
      <w:numPr>
        <w:ilvl w:val="0"/>
        <w:numId w:val="4"/>
      </w:numPr>
      <w:spacing w:before="0" w:after="120"/>
      <w:contextualSpacing/>
    </w:pPr>
    <w:rPr/>
  </w:style>
  <w:style w:type="paragraph" w:styleId="ListNumber2">
    <w:name w:val="List Number 2"/>
    <w:basedOn w:val="Normal"/>
    <w:uiPriority w:val="99"/>
    <w:unhideWhenUsed/>
    <w:qFormat/>
    <w:rsid w:val="0029639d"/>
    <w:pPr>
      <w:numPr>
        <w:ilvl w:val="0"/>
        <w:numId w:val="5"/>
      </w:numPr>
      <w:spacing w:before="0" w:after="120"/>
      <w:contextualSpacing/>
    </w:pPr>
    <w:rPr/>
  </w:style>
  <w:style w:type="paragraph" w:styleId="ListNumber3">
    <w:name w:val="List Number 3"/>
    <w:basedOn w:val="Normal"/>
    <w:uiPriority w:val="99"/>
    <w:unhideWhenUsed/>
    <w:qFormat/>
    <w:rsid w:val="0029639d"/>
    <w:pPr>
      <w:numPr>
        <w:ilvl w:val="0"/>
        <w:numId w:val="6"/>
      </w:numPr>
      <w:spacing w:before="0" w:after="120"/>
      <w:contextualSpacing/>
    </w:pPr>
    <w:rPr/>
  </w:style>
  <w:style w:type="paragraph" w:styleId="ListContinue">
    <w:name w:val="List Continue"/>
    <w:basedOn w:val="Normal"/>
    <w:uiPriority w:val="99"/>
    <w:unhideWhenUsed/>
    <w:qFormat/>
    <w:rsid w:val="0029639d"/>
    <w:pPr>
      <w:spacing w:before="0" w:after="120"/>
      <w:ind w:left="360" w:hanging="0"/>
      <w:contextualSpacing/>
    </w:pPr>
    <w:rPr/>
  </w:style>
  <w:style w:type="paragraph" w:styleId="ListContinue2">
    <w:name w:val="List Continue 2"/>
    <w:basedOn w:val="Normal"/>
    <w:uiPriority w:val="99"/>
    <w:unhideWhenUsed/>
    <w:qFormat/>
    <w:rsid w:val="0029639d"/>
    <w:pPr>
      <w:spacing w:before="0" w:after="120"/>
      <w:ind w:left="720" w:hanging="0"/>
      <w:contextualSpacing/>
    </w:pPr>
    <w:rPr/>
  </w:style>
  <w:style w:type="paragraph" w:styleId="ListContinue3">
    <w:name w:val="List Continue 3"/>
    <w:basedOn w:val="Normal"/>
    <w:uiPriority w:val="99"/>
    <w:unhideWhenUsed/>
    <w:qFormat/>
    <w:rsid w:val="0029639d"/>
    <w:pPr>
      <w:spacing w:before="0" w:after="120"/>
      <w:ind w:left="1080" w:hanging="0"/>
      <w:contextualSpacing/>
    </w:pPr>
    <w:rPr/>
  </w:style>
  <w:style w:type="paragraph" w:styleId="Macro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suppressAutoHyphens w:val="true"/>
      <w:bidi w:val="0"/>
      <w:spacing w:lineRule="auto" w:line="276" w:before="0" w:after="200"/>
      <w:jc w:val="lef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val="000000" w:themeColor="text1"/>
    </w:rPr>
  </w:style>
  <w:style w:type="paragraph" w:styleId="Caption1">
    <w:name w:val="caption"/>
    <w:basedOn w:val="Normal"/>
    <w:next w:val="Normal"/>
    <w:uiPriority w:val="35"/>
    <w:semiHidden/>
    <w:unhideWhenUsed/>
    <w:qFormat/>
    <w:rsid w:val="00fc693f"/>
    <w:pPr/>
    <w:rPr>
      <w:b/>
      <w:bCs/>
      <w:color w:val="4F81BD" w:themeColor="accent1"/>
      <w:sz w:val="18"/>
      <w:szCs w:val="1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 w:hanging="0"/>
    </w:pPr>
    <w:rPr>
      <w:b/>
      <w:bCs/>
      <w:i/>
      <w:iCs/>
      <w:color w:val="4F81BD" w:themeColor="accent1"/>
    </w:rPr>
  </w:style>
  <w:style w:type="paragraph" w:styleId="IndexHeading">
    <w:name w:val="Index Heading"/>
    <w:basedOn w:val="Heading"/>
    <w:pPr/>
    <w:rPr/>
  </w:style>
  <w:style w:type="paragraph" w:styleId="Contents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doi.org/xxxxx" TargetMode="Externa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LibreOffice/7.5.3.2$Windows_X86_64 LibreOffice_project/9f56dff12ba03b9acd7730a5a481eea045e468f3</Application>
  <AppVersion>15.0000</AppVersion>
  <Pages>3</Pages>
  <Words>492</Words>
  <Characters>3096</Characters>
  <CharactersWithSpaces>3523</CharactersWithSpaces>
  <Paragraphs>61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2026-10-13T06:46:00Z</dcterms:created>
  <dc:creator>python-docx</dc:creator>
  <dc:description>generated by python-docx</dc:description>
  <dc:language>en-GB</dc:language>
  <cp:lastModifiedBy/>
  <dcterms:modified xsi:type="dcterms:W3CDTF">2026-10-13T18:03:42Z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